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b w:val="0"/>
          <w:color w:val="5A5A5A"/>
          <w:sz w:val="18"/>
        </w:rPr>
        <w:t>FOR IMMEDIATE RELEASE</w:t>
      </w:r>
    </w:p>
    <w:p>
      <w:pPr>
        <w:spacing w:after="200"/>
      </w:pPr>
      <w:r>
        <w:rPr>
          <w:b/>
          <w:color w:val="1F1F1F"/>
          <w:sz w:val="32"/>
        </w:rPr>
        <w:t>Tied to the Beat leaves Early Access on October 9, 2026: an arena survivor where any song you own becomes the level</w:t>
      </w:r>
    </w:p>
    <w:p>
      <w:pPr>
        <w:spacing w:after="160"/>
      </w:pPr>
      <w:r>
        <w:rPr>
          <w:b w:val="0"/>
          <w:color w:val="5A5A5A"/>
          <w:sz w:val="18"/>
        </w:rPr>
        <w:t>September 4, 2026</w:t>
      </w:r>
    </w:p>
    <w:p>
      <w:pPr>
        <w:spacing w:after="120"/>
      </w:pPr>
      <w:r>
        <w:rPr>
          <w:b w:val="0"/>
          <w:color w:val="1F1F1F"/>
          <w:sz w:val="22"/>
        </w:rPr>
        <w:t>Javier Lianes García, the solo developer who signs his work as Lianes8, releases version 1.0 of Tied to the Beat on Steam on October 9, 2026 at 17:00 CEST, after 5 years of development, with a 30% launch discount. The game has been in Early Access on Steam since July 31, 2026. It is an arena survivor built on lyrics: every word that plays changes what happens on screen, and any MP3 the player drops into the game turns into a playable level.</w:t>
      </w:r>
    </w:p>
    <w:p>
      <w:pPr>
        <w:spacing w:after="120"/>
      </w:pPr>
      <w:r>
        <w:rPr>
          <w:b w:val="0"/>
          <w:color w:val="1F1F1F"/>
          <w:sz w:val="22"/>
        </w:rPr>
        <w:t>Players pick one of 8 instruments, choose a track and fight while the lyrics come in. Each word fires its own effect. FIRE rains flames, FREEZE locks enemies in place, DARK cuts visibility down to almost nothing, RAIN floods the ground and changes how everything slides. The same song never plays out the same way twice, because the outcome depends on the build, the relics, the equipped instrument and the order the trigger words arrive in.</w:t>
      </w:r>
    </w:p>
    <w:p>
      <w:pPr>
        <w:spacing w:after="120"/>
      </w:pPr>
      <w:r>
        <w:rPr>
          <w:b w:val="0"/>
          <w:color w:val="1F1F1F"/>
          <w:sz w:val="22"/>
        </w:rPr>
        <w:t>Behind that sits a glossary of 1,126 entries covering more than 4,800 English trigger words, with their equivalents in all 31 supported languages. Every entry drives five simultaneous layers: player aura, screen ambience, screen particles, enemy overlay and a concrete gameplay action. The game ships with 50 songs with pre-synced lyrics, more than 80 enemy types, 4 hand-crafted procedural maps (Evergreen, Desert, Snow, Volcano), progression through level ups, relics and a skill tree, and 45 achievements.</w:t>
      </w:r>
    </w:p>
    <w:p>
      <w:pPr>
        <w:spacing w:after="120"/>
      </w:pPr>
      <w:r>
        <w:rPr>
          <w:b w:val="0"/>
          <w:color w:val="1F1F1F"/>
          <w:sz w:val="22"/>
        </w:rPr>
        <w:t>The pillar of the game is custom song import. Any player can drop in an MP3 and get a run out of it. The game transcribes the lyrics on the player's own machine, syncs them to the beat, detects the instrumental gaps and builds the playable scenario. No accounts, no API keys, no setup. Player files never leave the computer.</w:t>
      </w:r>
    </w:p>
    <w:p>
      <w:pPr>
        <w:spacing w:after="120"/>
      </w:pPr>
      <w:r>
        <w:rPr>
          <w:b w:val="0"/>
          <w:color w:val="1F1F1F"/>
          <w:sz w:val="22"/>
        </w:rPr>
        <w:t>Full Steam Workshop integration closes the loop. Any lyrics file can be uploaded in one click, validated, then found and downloaded from inside the game. Players can correct existing lyrics, publish new versions, adjust manual offsets and share their work. The Workshop catalog grows on its own, independent of the update calendar, so every song the community uploads adds playable content with no end.</w:t>
      </w:r>
    </w:p>
    <w:p>
      <w:pPr>
        <w:spacing w:after="120"/>
      </w:pPr>
      <w:r>
        <w:rPr>
          <w:b w:val="0"/>
          <w:color w:val="1F1F1F"/>
          <w:sz w:val="22"/>
        </w:rPr>
        <w:t>Tied to the Beat runs on Windows, macOS and Linux through Steam, is compatible with Steam Deck and plays with a controller or with keyboard and mouse. The free demo has been available on Steam since April 27, 2026. The price is 4.99 USD.</w:t>
      </w:r>
    </w:p>
    <w:p>
      <w:pPr>
        <w:spacing w:after="80"/>
      </w:pPr>
      <w:r>
        <w:rPr>
          <w:b/>
          <w:color w:val="1F1F1F"/>
          <w:sz w:val="26"/>
        </w:rPr>
        <w:t>Key dates</w:t>
      </w:r>
    </w:p>
    <w:p>
      <w:pPr>
        <w:spacing w:after="40"/>
      </w:pPr>
      <w:r>
        <w:rPr>
          <w:b/>
          <w:color w:val="1F1F1F"/>
          <w:sz w:val="22"/>
        </w:rPr>
        <w:t xml:space="preserve">• </w:t>
      </w:r>
      <w:r>
        <w:rPr>
          <w:b w:val="0"/>
          <w:color w:val="1F1F1F"/>
          <w:sz w:val="22"/>
        </w:rPr>
        <w:t>Demo: available on Steam since April 27, 2026</w:t>
      </w:r>
    </w:p>
    <w:p>
      <w:pPr>
        <w:spacing w:after="40"/>
      </w:pPr>
      <w:r>
        <w:rPr>
          <w:b/>
          <w:color w:val="1F1F1F"/>
          <w:sz w:val="22"/>
        </w:rPr>
        <w:t xml:space="preserve">• </w:t>
      </w:r>
      <w:r>
        <w:rPr>
          <w:b w:val="0"/>
          <w:color w:val="1F1F1F"/>
          <w:sz w:val="22"/>
        </w:rPr>
        <w:t>Early Access: on Steam since July 31, 2026</w:t>
      </w:r>
    </w:p>
    <w:p>
      <w:pPr>
        <w:spacing w:after="40"/>
      </w:pPr>
      <w:r>
        <w:rPr>
          <w:b/>
          <w:color w:val="1F1F1F"/>
          <w:sz w:val="22"/>
        </w:rPr>
        <w:t xml:space="preserve">• </w:t>
      </w:r>
      <w:r>
        <w:rPr>
          <w:b w:val="0"/>
          <w:color w:val="1F1F1F"/>
          <w:sz w:val="22"/>
        </w:rPr>
        <w:t>Steam PvE Survival Crafting Fest: August 31 to September 7, 2026</w:t>
      </w:r>
    </w:p>
    <w:p>
      <w:pPr>
        <w:spacing w:after="40"/>
      </w:pPr>
      <w:r>
        <w:rPr>
          <w:b/>
          <w:color w:val="1F1F1F"/>
          <w:sz w:val="22"/>
        </w:rPr>
        <w:t xml:space="preserve">• </w:t>
      </w:r>
      <w:r>
        <w:rPr>
          <w:b w:val="0"/>
          <w:color w:val="1F1F1F"/>
          <w:sz w:val="22"/>
        </w:rPr>
        <w:t>devINITIVE Showcase: September 16 to 23, 2026</w:t>
      </w:r>
    </w:p>
    <w:p>
      <w:pPr>
        <w:spacing w:after="40"/>
      </w:pPr>
      <w:r>
        <w:rPr>
          <w:b/>
          <w:color w:val="1F1F1F"/>
          <w:sz w:val="22"/>
        </w:rPr>
        <w:t xml:space="preserve">• </w:t>
      </w:r>
      <w:r>
        <w:rPr>
          <w:b w:val="0"/>
          <w:color w:val="1F1F1F"/>
          <w:sz w:val="22"/>
        </w:rPr>
        <w:t>Steam Autumn Sale: October 1 to 8, 2026. 25% off</w:t>
      </w:r>
    </w:p>
    <w:p>
      <w:pPr>
        <w:spacing w:after="40"/>
      </w:pPr>
      <w:r>
        <w:rPr>
          <w:b/>
          <w:color w:val="1F1F1F"/>
          <w:sz w:val="22"/>
        </w:rPr>
        <w:t xml:space="preserve">• </w:t>
      </w:r>
      <w:r>
        <w:rPr>
          <w:b w:val="0"/>
          <w:color w:val="1F1F1F"/>
          <w:sz w:val="22"/>
        </w:rPr>
        <w:t>Version 1.0 launch: October 9, 2026, 17:00 CEST. 30% launch discount</w:t>
      </w:r>
    </w:p>
    <w:p>
      <w:pPr>
        <w:spacing w:after="40"/>
      </w:pPr>
      <w:r>
        <w:rPr>
          <w:b/>
          <w:color w:val="1F1F1F"/>
          <w:sz w:val="22"/>
        </w:rPr>
        <w:t xml:space="preserve">• </w:t>
      </w:r>
      <w:r>
        <w:rPr>
          <w:b w:val="0"/>
          <w:color w:val="1F1F1F"/>
          <w:sz w:val="22"/>
        </w:rPr>
        <w:t>Steam Winter Sale: December 17, 2026 to January 4, 2027. 31% off</w:t>
      </w:r>
    </w:p>
    <w:p>
      <w:pPr>
        <w:spacing w:after="40"/>
      </w:pPr>
      <w:r>
        <w:rPr>
          <w:b/>
          <w:color w:val="1F1F1F"/>
          <w:sz w:val="22"/>
        </w:rPr>
        <w:t xml:space="preserve">• </w:t>
      </w:r>
      <w:r>
        <w:rPr>
          <w:b w:val="0"/>
          <w:color w:val="1F1F1F"/>
          <w:sz w:val="22"/>
        </w:rPr>
        <w:t>Steam Rhythm Fest: March 8 to 15, 2027</w:t>
      </w:r>
    </w:p>
    <w:p>
      <w:pPr>
        <w:spacing w:after="40"/>
      </w:pPr>
      <w:r>
        <w:rPr>
          <w:b/>
          <w:color w:val="1F1F1F"/>
          <w:sz w:val="22"/>
        </w:rPr>
        <w:t xml:space="preserve">• </w:t>
      </w:r>
      <w:r>
        <w:rPr>
          <w:b w:val="0"/>
          <w:color w:val="1F1F1F"/>
          <w:sz w:val="22"/>
        </w:rPr>
        <w:t>Steam Spring Sale: March 18 to 25, 2027. 32% off</w:t>
      </w:r>
    </w:p>
    <w:p>
      <w:pPr>
        <w:spacing w:after="40"/>
      </w:pPr>
      <w:r>
        <w:rPr>
          <w:b/>
          <w:color w:val="1F1F1F"/>
          <w:sz w:val="22"/>
        </w:rPr>
        <w:t xml:space="preserve">• </w:t>
      </w:r>
      <w:r>
        <w:rPr>
          <w:b w:val="0"/>
          <w:color w:val="1F1F1F"/>
          <w:sz w:val="22"/>
        </w:rPr>
        <w:t>Steam Summer Sale: June 24 to July 8, 2027. 33% off</w:t>
      </w:r>
    </w:p>
    <w:p>
      <w:pPr>
        <w:spacing w:after="120"/>
      </w:pPr>
      <w:r>
        <w:rPr>
          <w:b w:val="0"/>
          <w:color w:val="1F1F1F"/>
          <w:sz w:val="22"/>
        </w:rPr>
        <w:t>Review keys for the full game are available on request. The developer handles press requests, keys and coverage scheduling personally, in English or Spanish, at the press contact below.</w:t>
      </w:r>
    </w:p>
    <w:p>
      <w:pPr>
        <w:spacing w:after="80"/>
      </w:pPr>
      <w:r>
        <w:rPr>
          <w:b/>
          <w:color w:val="1F1F1F"/>
          <w:sz w:val="26"/>
        </w:rPr>
        <w:t>About Lianes8 Studio</w:t>
      </w:r>
    </w:p>
    <w:p>
      <w:pPr>
        <w:spacing w:after="120"/>
      </w:pPr>
      <w:r>
        <w:rPr>
          <w:b w:val="0"/>
          <w:color w:val="1F1F1F"/>
          <w:sz w:val="22"/>
        </w:rPr>
        <w:t>Tied to the Beat is a one-person project. Javier Lianes García, who signs his work as Lianes8, builds it end to end: design, code, art direction, music selection, Steam and Workshop integration, and coordination with the Asian publisher. No team and no office, just one person shipping builds.</w:t>
      </w:r>
    </w:p>
    <w:p>
      <w:pPr>
        <w:spacing w:after="80"/>
      </w:pPr>
      <w:r>
        <w:rPr>
          <w:b/>
          <w:color w:val="1F1F1F"/>
          <w:sz w:val="26"/>
        </w:rPr>
        <w:t>About TrueColor Games</w:t>
      </w:r>
    </w:p>
    <w:p>
      <w:pPr>
        <w:spacing w:after="120"/>
      </w:pPr>
      <w:r>
        <w:rPr>
          <w:b w:val="0"/>
          <w:color w:val="1F1F1F"/>
          <w:sz w:val="22"/>
        </w:rPr>
        <w:t>TrueColor Games is the publishing partner for Tied to the Beat in Asia and handles marketing and localization coordination across the region.</w:t>
      </w:r>
    </w:p>
    <w:p>
      <w:pPr>
        <w:spacing w:after="80"/>
      </w:pPr>
      <w:r>
        <w:rPr>
          <w:b/>
          <w:color w:val="1F1F1F"/>
          <w:sz w:val="26"/>
        </w:rPr>
        <w:t>Links</w:t>
      </w:r>
    </w:p>
    <w:p>
      <w:pPr>
        <w:spacing w:after="40"/>
      </w:pPr>
      <w:r>
        <w:rPr>
          <w:b/>
          <w:color w:val="1F1F1F"/>
          <w:sz w:val="22"/>
        </w:rPr>
        <w:t xml:space="preserve">Steam (wishlist): </w:t>
      </w:r>
      <w:r>
        <w:rPr>
          <w:b w:val="0"/>
          <w:color w:val="1F1F1F"/>
          <w:sz w:val="22"/>
        </w:rPr>
        <w:t>https://store.steampowered.com/app/4316340/</w:t>
      </w:r>
    </w:p>
    <w:p>
      <w:pPr>
        <w:spacing w:after="40"/>
      </w:pPr>
      <w:r>
        <w:rPr>
          <w:b/>
          <w:color w:val="1F1F1F"/>
          <w:sz w:val="22"/>
        </w:rPr>
        <w:t xml:space="preserve">Steam demo: </w:t>
      </w:r>
      <w:r>
        <w:rPr>
          <w:b w:val="0"/>
          <w:color w:val="1F1F1F"/>
          <w:sz w:val="22"/>
        </w:rPr>
        <w:t>https://store.steampowered.com/app/4512940/Tied_to_the_Beat_Demo/</w:t>
      </w:r>
    </w:p>
    <w:p>
      <w:pPr>
        <w:spacing w:after="40"/>
      </w:pPr>
      <w:r>
        <w:rPr>
          <w:b/>
          <w:color w:val="1F1F1F"/>
          <w:sz w:val="22"/>
        </w:rPr>
        <w:t xml:space="preserve">Press kit: </w:t>
      </w:r>
      <w:r>
        <w:rPr>
          <w:b w:val="0"/>
          <w:color w:val="1F1F1F"/>
          <w:sz w:val="22"/>
        </w:rPr>
        <w:t>https://lianes8studio.com/tied</w:t>
      </w:r>
    </w:p>
    <w:p>
      <w:pPr>
        <w:spacing w:after="40"/>
      </w:pPr>
      <w:r>
        <w:rPr>
          <w:b/>
          <w:color w:val="1F1F1F"/>
          <w:sz w:val="22"/>
        </w:rPr>
        <w:t xml:space="preserve">Press contact: </w:t>
      </w:r>
      <w:r>
        <w:rPr>
          <w:b w:val="0"/>
          <w:color w:val="1F1F1F"/>
          <w:sz w:val="22"/>
        </w:rPr>
        <w:t>jlianesglr@gmail.com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